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גזרות הנחים בפועל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גזרות נחים (ל"ה, פ"י/ו, ע"ו/י, פ"נ) בפעלים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גזרה בכל הבניינים כולל הופעל ופועל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יוצאי דופן כמו השורש לקח וה' מפיק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פ"נ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ל"ה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ע"ו/י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גזרת ל"ה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יוצא דופן ומתנהג כמו פ"נ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הגזרה או האות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ע"ו/י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פ"נ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ל"ה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פועל לגזרה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(פ"נ)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(ל"ה)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(ע"ו/י)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(פ"י/ו)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בוחר פעלים מתאימים, מזהה נכון את הגזרה ומסביר את זיהוי האות הנחה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של ל"ה עם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שה' מפיק מציינת עיצור בסוף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שההתנהגות דומה לפ"נ למרות האות הראשונה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בכתיבת דוגמאות על הלוח לפי כל גזרה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יוצא הדופן לקח בנפרד, כי הוא מבלבל 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לזוגות לעבודה על חלק ההתאמה והכתיבה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גזרות הנחים בפועל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בעברית יש פעלים שבשורש שלהם יש אות נח (נ, י, ו, ה) שמשתנה או נעלמת בנטייה. בדף הזה נתרגל זיהוי הגזרות השונות, כולל יוצאי דופן.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פ"נ  ·  ל"ה  ·  ע"ו/י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לאיזו גזרה שייך הפועל נפל?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ל"ה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לאיזו גזרה שייך הפועל בנה?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ל"ה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לאיזו גזרה שייך הפועל קם?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ל"ה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בגזרת ל"ה האות האחרונה בשורש היא במקור י' שנהגית כ-ה' בסוף המילה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הפועל לקח שייך לגזרת פ"ל כי הוא מתחיל באות ל'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הגזרה או האות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הפועל קם שייך לגזרת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הפועל נסע שייך לגזרת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הפועל קנה שייך לגזרת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פועל לגזרה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נפל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ע"ו/י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פ"נ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פ"י/ו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ישב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ל"ה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שני פעלים מגזרות שונות (לא מהדוגמאות בדף), כתבו משפט עם כל אחד וציינו לאיזו גזרה הוא שייך ומדוע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גזרת ל"ה ותנו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תפקיד ה' המפיק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גזרות הנחים בפועל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