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🔍 בלשי השורש – גזרות הנחים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גזרות הנחים בפועל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לזהות גזרות נחים (ל"ה, פ"י/ו, ע"ו/י, פ"נ) בפעלים שונים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זיהוי גזרה בכל הבניינים כולל הופעל ופועל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להכיר יוצאי דופן כמו השורש לקח וה' מפיק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גרסת עולים חדשים – מילון מילים בראש הדף, משפטים קצרים ושפה פשוטה. אפשר לאפשר מילון אישי ועבודה בזוגות.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זיהוי גזרה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 – פ"נ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ג – ל"ה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א – ע"ו/י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ד – פ"י/ו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ב – פ"נ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6. ג – ע"ו/י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7. ג – בהופעל ובשאר הבניינים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זו ההגדרה של גזרת ל"ה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לא נכון – הוא יוצא דופן ומתנהג כמו פ"נ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נכון – זה תפקיד ה' המפיק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לא נכון – יש נטיות שבהן הנ' נשארת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לא נכון – היא יכולה להיות גם י', כמו בפועל שר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השלימו את הגזרה או האות החסרה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ע"ו/י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פ"נ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ל"ה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פ"י/ו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פ"נ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התאימו פועל לגזרה שלו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ה (פ"נ)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ד (ל"ה)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ב (ע"ו/י)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ג (פ"י/ו)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א (פ"נ)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כתיבה והסבר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התלמיד/ה בוחר פעלים מתאימים, מזהה נכון את הגזרה ומסביר את זיהוי האות הנחה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למרות שמתחיל בל', הוא מתנהג בנטייה כמו פ"נ (למשל: ייקח במקום ילקח)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הגדרה נכונה של ל"ה עם דוגמה מתאימה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הסבר שה' מפיק מציינת עיצור בסוף מילה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הבנה שההתנהגות דומה לפ"נ למרות האות הראשונה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לפתוח בכתיבת דוגמאות על הלוח לפי כל גזרה לפני התרגול העצמאי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כדאי להדגיש את יוצא הדופן לקח בנפרד, כי הוא מבלבל תלמידים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לחלק לזוגות לעבודה על חלק ההתאמה והכתיבה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🔍 בלשי השורש – גזרות הנחים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גזרות הנחים בפועל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24"/>
          <w:rtl/>
          <w:szCs w:val="24"/>
        </w:rPr>
        <w:t>יש פעלים מיוחדים שבהם אות אחת בשורש משתנה או נעלמת. בדף הזה נתרגל לזהות אילו פעלים הם כאלה.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📖 מילון קטן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שורש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שלוש (או ארבע) אותיות שמהן בונים את הפועל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גזרה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קבוצת פעלים עם מבנה שורש דומה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פ"נ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השורש מתחיל באות נ, כמו נפל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ל"ה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השורש מסתיים באות י שנהגית כ-ה, כמו בנה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ע"ו/י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האות האמצעית בשורש היא ו או י, כמו קם, שר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פ"י/ו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השורש מתחיל באות י או ו, כמו ישב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ה' מפיק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נקודה בתוך ה' בסוף מילה שמראה שהיא עיצור ולא רק סימן ניקוד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הופעל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בניין שבו גם אפשר למצוא פעלים מכל הגזרות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  חלק א׳ – זיהוי גזרה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איזו גזרה מתאימה לפועל נפל?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ל"ה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פ"נ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ע"ו/י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פ"י/ו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איזו גזרה מתאימה לפועל בנה?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פ"נ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ע"ו/י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ל"ה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פ"י/ו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איזו גזרה מתאימה לפועל קם?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ע"ו/י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פ"נ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ל"ה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פ"י/ו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איזו גזרה מתאימה לפועל ישב?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ל"ה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ע"ו/י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פ"נ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פ"י/ו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5. איזו גזרה מתאימה להתנהגות של הפועל לקח?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ל"ה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פ"נ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ע"ו/י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פ"י/ו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6. איזו גזרה מתאימה לפועל גור?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פ"י/ו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ל"ה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ע"ו/י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פ"נ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7. באילו בניינים יש פעלים מגזרות נחים?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רק בפעל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רק בפיעל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בהופעל ובשאר הבניינים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רק בהתפעל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בגזרת ל"ה האות האחרונה בשורש היא במקור י' שנהגית כ-ה' בסוף המילה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הפועל לקח שייך לגזרת פ"ל כי הוא מתחיל באות ל'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ה' מפיק מופיעה כדי להראות שה-ה' בסוף המילה היא עיצור ולא רק אם קריאה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בגזרת פ"נ האות נ' נעלמת בכל הנטיות של הפועל בלי יוצא מהכלל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בגזרת ע"ו/י האות האמצעית בשורש חייבת להיות דווקא ו'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3  חלק ג׳ – השלימו את הגזרה או האות החסרה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הפועל קם שייך לגזרת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הפועל נסע שייך לגזרת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הפועל קנה שייך לגזרת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4. הפועל ירד שייך לגזרת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5. השורש של הפועל לקח מתנהג כמו גזרת 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4  חלק ד׳ – התאימו פועל לגזרה שלו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נפל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פ"נ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גלה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ע"ו/י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שר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פ"י/ו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ישב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ל"ה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נתן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פ"נ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5  חלק ה׳ – כתיבה והסבר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בחרו שני פעלים מגזרות שונות (לא מהדוגמאות בדף), כתבו משפט עם כל אחד וציינו לאיזו גזרה הוא שייך ומדוע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הסבירו בעזרת דוגמה מדוע השורש לקח נחשב ליוצא דופן בגזרת פ"נ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28"/>
          <w:rtl/>
          <w:szCs w:val="28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מהי גזרת ל"ה ותנו דוגמה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מהו תפקיד ה' המפיק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למה הפועל לקח נחשב יוצא דופן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4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גזרות הנחים בפועל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