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נחים (ל"ה, פ"י/ו, ע"ו/י, פ"נ) בפעלים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גזרה בכל הבניינים כולל הופעל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 דופן כמו השורש לקח וה' מפיק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בהופעל ובשאר הבניינים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גזרת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יוצא דופן ומתנהג כמו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ה' המפיק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נטיות שבהן הנ' נשארת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יכולה להיות גם י', כמו בפועל 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הגזרה או האות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(ל"ה)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 פעלים מתאימים, מזהה נכון את הגזרה ומסביר את זיהוי האות 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שמתחיל בל', הוא מתנהג בנטייה כמו פ"נ (למשל: ייקח במקום ילקח)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ל"ה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שה' מפיק מציינת עיצור בסוף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שההתנהגות דומה לפ"נ למרות האות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דוגמאות על הלוח לפי כל גזרה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יוצא הדופן לקח בנפרד, כי הוא מבלבל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לעבודה על חלק ההתאמה והכתיבה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פעלים שבשורש שלהם יש אות נח (נ, י, ו, ה) שמשתנה או נעלמת בנטייה. בדף הזה נתרגל זיהוי הגזרות השונות, כולל יוצאי דופן.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הפועל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גזרה שייך הפועל ישב?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גזרה מתנהג השורש של הפועל לקח, למרות שהוא לא מתחיל בנ'?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גזרה שייך הפועל גור (לגור)?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באיזה בניין אפשר למצוא פעלים מכל הגזרות, כולל נחים?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בהופעל ובשאר הבניינים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 האות האחרונה בשורש היא במקור י' שנהגית כ-ה'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לקח שייך לגזרת פ"ל כי הוא מתחיל באות 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מפיק מופיעה כדי להראות שה-ה' בסוף המילה היא עיצור ולא רק אם 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נ' נעלמת בכל הנטיות של הפועל בלי יוצא מהכלל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חייבת להיות דווקא 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הגזרה או האות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קם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נסע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קנה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ירד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הפועל לקח מתנהג כמו 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פעלים מגזרות שונות (לא מהדוגמאות בדף), כתבו משפט עם כל אחד וציינו לאיזו גזרה הוא שייך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בעזרת דוגמה מדוע השורש לקח נחשב ליוצא דופן בגזרת פ"נ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ל"ה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ה' המפיק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הפועל לקח נחשב יוצא דופן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בפועל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